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Jacob M. Lee</w:t>
      </w:r>
    </w:p>
    <w:p>
      <w:pPr>
        <w:spacing w:after="140"/>
        <w:jc w:val="center"/>
      </w:pPr>
      <w:r>
        <w:t xml:space="preserve">JLee1231@calpoly.edu  |  </w:t>
      </w:r>
      <w:r>
        <w:t xml:space="preserve">github.com/JMLee1231  |  </w:t>
      </w:r>
      <w:r>
        <w:t xml:space="preserve">linkedin.com/in/jacob-lee-8314b5282  |  </w:t>
      </w:r>
      <w:r>
        <w:t>jmlee1231.github.io/.github.io</w:t>
      </w:r>
    </w:p>
    <w:p>
      <w:pPr>
        <w:pStyle w:val="Heading1"/>
        <w:keepNext/>
      </w:pPr>
      <w:r>
        <w:t>Education</w:t>
      </w:r>
    </w:p>
    <w:p>
      <w:pPr>
        <w:keepNext/>
        <w:spacing w:before="40" w:after="20"/>
      </w:pPr>
      <w:r>
        <w:rPr>
          <w:b/>
          <w:sz w:val="20"/>
        </w:rPr>
        <w:t>California Polytechnic State University, San Luis Obispo</w:t>
      </w:r>
      <w:r>
        <w:rPr>
          <w:i/>
          <w:sz w:val="19"/>
        </w:rPr>
        <w:t xml:space="preserve"> | B.S. Computer Science, ML/AI Concentration; Minor in Linguistics; Expected June 2027; GPA 3.9</w:t>
      </w:r>
    </w:p>
    <w:p>
      <w:pPr>
        <w:spacing w:after="20"/>
        <w:ind w:left="230" w:hanging="187"/>
      </w:pPr>
      <w:r>
        <w:rPr>
          <w:b/>
        </w:rPr>
        <w:t xml:space="preserve">• </w:t>
      </w:r>
      <w:r>
        <w:t>Relevant study spans software engineering, artificial intelligence, algorithms, systems, databases, and security.</w:t>
      </w:r>
    </w:p>
    <w:p>
      <w:pPr>
        <w:pStyle w:val="Heading1"/>
        <w:keepNext/>
      </w:pPr>
      <w:r>
        <w:t>Research Experience</w:t>
      </w:r>
    </w:p>
    <w:p>
      <w:pPr>
        <w:keepNext/>
        <w:spacing w:before="40" w:after="20"/>
      </w:pPr>
      <w:r>
        <w:rPr>
          <w:b/>
          <w:sz w:val="20"/>
        </w:rPr>
        <w:t>Algoverse</w:t>
      </w:r>
      <w:r>
        <w:rPr>
          <w:i/>
          <w:sz w:val="19"/>
        </w:rPr>
        <w:t xml:space="preserve"> | Reinforcement Learning Researcher | June 2026 - Present</w:t>
      </w:r>
    </w:p>
    <w:p>
      <w:pPr>
        <w:spacing w:after="20"/>
        <w:ind w:left="230" w:hanging="187"/>
      </w:pPr>
      <w:r>
        <w:rPr>
          <w:b/>
        </w:rPr>
        <w:t xml:space="preserve">• </w:t>
      </w:r>
      <w:r>
        <w:t>Built reproducible Q-learning and PPO experiments for a Gymnasium-compatible POMDP benchmark.</w:t>
      </w:r>
    </w:p>
    <w:p>
      <w:pPr>
        <w:spacing w:after="20"/>
        <w:ind w:left="230" w:hanging="187"/>
      </w:pPr>
      <w:r>
        <w:rPr>
          <w:b/>
        </w:rPr>
        <w:t xml:space="preserve">• </w:t>
      </w:r>
      <w:r>
        <w:t>Studied reward misspecification and observation insufficiency through controlled reinforcement-learning evaluations.</w:t>
      </w:r>
    </w:p>
    <w:p>
      <w:pPr>
        <w:keepNext/>
        <w:spacing w:before="40" w:after="20"/>
      </w:pPr>
      <w:r>
        <w:rPr>
          <w:b/>
          <w:sz w:val="20"/>
        </w:rPr>
        <w:t>Cal Poly Agentic AI Team</w:t>
      </w:r>
      <w:r>
        <w:rPr>
          <w:i/>
          <w:sz w:val="19"/>
        </w:rPr>
        <w:t xml:space="preserve"> | Volunteer Undergraduate Research Assistant | August 2025 - February 2026</w:t>
      </w:r>
    </w:p>
    <w:p>
      <w:pPr>
        <w:spacing w:after="20"/>
        <w:ind w:left="230" w:hanging="187"/>
      </w:pPr>
      <w:r>
        <w:rPr>
          <w:b/>
        </w:rPr>
        <w:t xml:space="preserve">• </w:t>
      </w:r>
      <w:r>
        <w:t>Contributed to a multi-agent search-and-rescue system and evaluated deployment tradeoffs across AWS, Azure, and GCP.</w:t>
      </w:r>
    </w:p>
    <w:p>
      <w:pPr>
        <w:pStyle w:val="Heading1"/>
        <w:keepNext/>
      </w:pPr>
      <w:r>
        <w:t>Technical Experience</w:t>
      </w:r>
    </w:p>
    <w:p>
      <w:pPr>
        <w:keepNext/>
        <w:spacing w:before="40" w:after="20"/>
      </w:pPr>
      <w:r>
        <w:rPr>
          <w:b/>
          <w:sz w:val="20"/>
        </w:rPr>
        <w:t>CodeBox Mustang Maps Project</w:t>
      </w:r>
      <w:r>
        <w:rPr>
          <w:i/>
          <w:sz w:val="19"/>
        </w:rPr>
        <w:t xml:space="preserve"> | Software Engineer | October 2025 - June 2026</w:t>
      </w:r>
    </w:p>
    <w:p>
      <w:pPr>
        <w:spacing w:after="20"/>
        <w:ind w:left="230" w:hanging="187"/>
      </w:pPr>
      <w:r>
        <w:rPr>
          <w:b/>
        </w:rPr>
        <w:t xml:space="preserve">• </w:t>
      </w:r>
      <w:r>
        <w:t>Developed responsive UI features and campus-location classifications for a Cal Poly mapping application using React, TypeScript, Tailwind CSS, and HTML/CSS.</w:t>
      </w:r>
    </w:p>
    <w:p>
      <w:pPr>
        <w:spacing w:after="20"/>
        <w:ind w:left="230" w:hanging="187"/>
      </w:pPr>
      <w:r>
        <w:rPr>
          <w:b/>
        </w:rPr>
        <w:t xml:space="preserve">• </w:t>
      </w:r>
      <w:r>
        <w:t>Wrote tests for search and filtering logic to support reliable campus navigation.</w:t>
      </w:r>
    </w:p>
    <w:p>
      <w:pPr>
        <w:keepNext/>
        <w:spacing w:before="40" w:after="20"/>
      </w:pPr>
      <w:r>
        <w:rPr>
          <w:b/>
          <w:sz w:val="20"/>
        </w:rPr>
        <w:t>Kaiser Permanente Sacramento Valley</w:t>
      </w:r>
      <w:r>
        <w:rPr>
          <w:i/>
          <w:sz w:val="19"/>
        </w:rPr>
        <w:t xml:space="preserve"> | Pharmacy Administration Assistant Intern | June 2022 - May 2024</w:t>
      </w:r>
    </w:p>
    <w:p>
      <w:pPr>
        <w:spacing w:after="20"/>
        <w:ind w:left="230" w:hanging="187"/>
      </w:pPr>
      <w:r>
        <w:rPr>
          <w:b/>
        </w:rPr>
        <w:t xml:space="preserve">• </w:t>
      </w:r>
      <w:r>
        <w:t>Automated cybersecurity onboarding workflows and supported data-security procedures across pharmacy administration operations.</w:t>
      </w:r>
    </w:p>
    <w:p>
      <w:pPr>
        <w:pStyle w:val="Heading1"/>
        <w:keepNext/>
      </w:pPr>
      <w:r>
        <w:t>Selected Projects</w:t>
      </w:r>
    </w:p>
    <w:p>
      <w:pPr>
        <w:keepNext/>
        <w:spacing w:before="40" w:after="20"/>
      </w:pPr>
      <w:r>
        <w:rPr>
          <w:b/>
          <w:sz w:val="20"/>
        </w:rPr>
        <w:t>TOMS Accessibility Project with 40 Prado Homeless Services Center</w:t>
      </w:r>
      <w:r>
        <w:rPr>
          <w:i/>
          <w:sz w:val="19"/>
        </w:rPr>
        <w:t xml:space="preserve"> | Software and Hardware Developer | March 2025 - June 2026</w:t>
      </w:r>
    </w:p>
    <w:p>
      <w:pPr>
        <w:spacing w:after="20"/>
        <w:ind w:left="230" w:hanging="187"/>
      </w:pPr>
      <w:r>
        <w:rPr>
          <w:b/>
        </w:rPr>
        <w:t xml:space="preserve">• </w:t>
      </w:r>
      <w:r>
        <w:t>Programmed and integrated Arduino microcontrollers for an automatic-door system, modeled mechanical components, and completed on-site assessments to support reliable accessible operation.</w:t>
      </w:r>
    </w:p>
    <w:p>
      <w:pPr>
        <w:keepNext/>
        <w:spacing w:before="40" w:after="20"/>
      </w:pPr>
      <w:r>
        <w:rPr>
          <w:b/>
          <w:sz w:val="20"/>
        </w:rPr>
        <w:t>Reinforcement Learning Benchmark</w:t>
      </w:r>
      <w:r>
        <w:rPr>
          <w:i/>
          <w:sz w:val="19"/>
        </w:rPr>
        <w:t xml:space="preserve"> | Python, Gymnasium, Pandas, Q-learning, PPO</w:t>
      </w:r>
    </w:p>
    <w:p>
      <w:pPr>
        <w:spacing w:after="20"/>
        <w:ind w:left="230" w:hanging="187"/>
      </w:pPr>
      <w:r>
        <w:rPr>
          <w:b/>
        </w:rPr>
        <w:t xml:space="preserve">• </w:t>
      </w:r>
      <w:r>
        <w:t>Created a POMDP testbed and reproducible RL pipelines to distinguish reward-design issues from observation limitations.</w:t>
      </w:r>
    </w:p>
    <w:p>
      <w:pPr>
        <w:keepNext/>
        <w:spacing w:before="40" w:after="20"/>
      </w:pPr>
      <w:r>
        <w:rPr>
          <w:b/>
          <w:sz w:val="20"/>
        </w:rPr>
        <w:t>Mustang Maps</w:t>
      </w:r>
      <w:r>
        <w:rPr>
          <w:i/>
          <w:sz w:val="19"/>
        </w:rPr>
        <w:t xml:space="preserve"> | React, TypeScript, Tailwind CSS, HTML/CSS, pytest</w:t>
      </w:r>
    </w:p>
    <w:p>
      <w:pPr>
        <w:spacing w:after="20"/>
        <w:ind w:left="230" w:hanging="187"/>
      </w:pPr>
      <w:r>
        <w:rPr>
          <w:b/>
        </w:rPr>
        <w:t xml:space="preserve">• </w:t>
      </w:r>
      <w:r>
        <w:t>Built interface features for finding campus classes, events, facilities, and utilities.</w:t>
      </w:r>
    </w:p>
    <w:p>
      <w:pPr>
        <w:pStyle w:val="Heading1"/>
        <w:keepNext/>
      </w:pPr>
      <w:r>
        <w:t>Technical Skills</w:t>
      </w:r>
    </w:p>
    <w:p>
      <w:pPr>
        <w:spacing w:after="40"/>
      </w:pPr>
      <w:r>
        <w:rPr>
          <w:b/>
        </w:rPr>
        <w:t xml:space="preserve">Languages: </w:t>
      </w:r>
      <w:r>
        <w:t>Python, TypeScript, Java, C, SQL</w:t>
        <w:br/>
      </w:r>
      <w:r>
        <w:rPr>
          <w:b/>
        </w:rPr>
        <w:t xml:space="preserve">Development: </w:t>
      </w:r>
      <w:r>
        <w:t>React, React Native, Tailwind CSS, HTML/CSS, pytest</w:t>
        <w:br/>
      </w:r>
      <w:r>
        <w:rPr>
          <w:b/>
        </w:rPr>
        <w:t xml:space="preserve">Data and Tools: </w:t>
      </w:r>
      <w:r>
        <w:t>Pandas, PostgreSQL, MongoDB, Supabase, Git, GitHub</w:t>
      </w:r>
    </w:p>
    <w:p>
      <w:pPr>
        <w:pStyle w:val="Heading1"/>
        <w:keepNext/>
      </w:pPr>
      <w:r>
        <w:t>Relevant Coursework</w:t>
      </w:r>
    </w:p>
    <w:p>
      <w:pPr>
        <w:spacing w:after="40"/>
      </w:pPr>
      <w:r>
        <w:t>Software Engineering; Artificial Intelligence; Data Structures; Design and Analysis of Algorithms; Database Systems; Systems Programming; Programming Languages; Object-Oriented Programming and Design; Computer Security; Computer Organization; Discrete Structures; Statistical Methods for Engineers</w:t>
      </w:r>
    </w:p>
    <w:p>
      <w:pPr>
        <w:pStyle w:val="Heading1"/>
        <w:keepNext/>
      </w:pPr>
      <w:r>
        <w:t>Leadership and Additional Experience</w:t>
      </w:r>
    </w:p>
    <w:p>
      <w:pPr>
        <w:keepNext/>
        <w:spacing w:before="40" w:after="20"/>
      </w:pPr>
      <w:r>
        <w:rPr>
          <w:b/>
          <w:sz w:val="20"/>
        </w:rPr>
        <w:t>COHS Coding and Robotics CTE Pathway</w:t>
      </w:r>
      <w:r>
        <w:rPr>
          <w:i/>
          <w:sz w:val="19"/>
        </w:rPr>
        <w:t xml:space="preserve"> | President | August 2021 - May 2024</w:t>
      </w:r>
    </w:p>
    <w:p>
      <w:pPr>
        <w:spacing w:after="20"/>
        <w:ind w:left="230" w:hanging="187"/>
      </w:pPr>
      <w:r>
        <w:rPr>
          <w:b/>
        </w:rPr>
        <w:t xml:space="preserve">• </w:t>
      </w:r>
      <w:r>
        <w:t>Raised $8,800 for entrepreneurship through pitch competitions and organized quarterly fundraisers for the Coding and Robotics CTE Pathway.</w:t>
      </w:r>
    </w:p>
    <w:p>
      <w:pPr>
        <w:spacing w:after="20"/>
        <w:ind w:left="230" w:hanging="187"/>
      </w:pPr>
      <w:r>
        <w:rPr>
          <w:b/>
        </w:rPr>
        <w:t xml:space="preserve">• </w:t>
      </w:r>
      <w:r>
        <w:t>Created monthly community events to reduce social stigma and improve skill development for Coding and Robotics students.</w:t>
      </w:r>
    </w:p>
    <w:p>
      <w:pPr>
        <w:spacing w:after="20"/>
        <w:ind w:left="230" w:hanging="187"/>
      </w:pPr>
      <w:r>
        <w:rPr>
          <w:b/>
        </w:rPr>
        <w:t xml:space="preserve">• </w:t>
      </w:r>
      <w:r>
        <w:t>Established new chapters, including Future Business Leaders of America, and directed a team of 13+ students.</w:t>
      </w:r>
    </w:p>
    <w:p>
      <w:pPr>
        <w:keepNext/>
        <w:spacing w:before="40" w:after="20"/>
      </w:pPr>
      <w:r>
        <w:rPr>
          <w:b/>
          <w:sz w:val="20"/>
        </w:rPr>
        <w:t>Kaiser Permanente</w:t>
      </w:r>
      <w:r>
        <w:rPr>
          <w:i/>
          <w:sz w:val="19"/>
        </w:rPr>
        <w:t xml:space="preserve"> | Administrative Assistant | June 2023 - August 2023</w:t>
      </w:r>
    </w:p>
    <w:p>
      <w:pPr>
        <w:spacing w:after="20"/>
        <w:ind w:left="230" w:hanging="187"/>
      </w:pPr>
      <w:r>
        <w:rPr>
          <w:b/>
        </w:rPr>
        <w:t xml:space="preserve">• </w:t>
      </w:r>
      <w:r>
        <w:t>Surveyed and analyzed outpatient and inpatient pharmacy dissatisfaction data to support retention and improve a JD Power score of 740.</w:t>
      </w:r>
    </w:p>
    <w:p>
      <w:pPr>
        <w:spacing w:after="20"/>
        <w:ind w:left="230" w:hanging="187"/>
      </w:pPr>
      <w:r>
        <w:rPr>
          <w:b/>
        </w:rPr>
        <w:t xml:space="preserve">• </w:t>
      </w:r>
      <w:r>
        <w:t>Coordinated inpatient and outpatient pharmacy teams to support more secure, efficient data-management processes.</w:t>
      </w:r>
    </w:p>
    <w:p>
      <w:pPr>
        <w:pStyle w:val="Heading1"/>
        <w:keepNext/>
      </w:pPr>
      <w:r>
        <w:t>Awards</w:t>
      </w:r>
    </w:p>
    <w:p>
      <w:pPr>
        <w:keepNext/>
        <w:spacing w:before="40" w:after="20"/>
      </w:pPr>
      <w:r>
        <w:rPr>
          <w:b/>
          <w:sz w:val="20"/>
        </w:rPr>
        <w:t>CodeBox Hacks 2026</w:t>
      </w:r>
      <w:r>
        <w:rPr>
          <w:i/>
          <w:sz w:val="19"/>
        </w:rPr>
        <w:t xml:space="preserve"> | Hidden Cal Poly Track Winner | Elsewhere Team | September 2026</w:t>
      </w:r>
    </w:p>
    <w:p>
      <w:pPr>
        <w:spacing w:after="20"/>
        <w:ind w:left="230" w:hanging="187"/>
      </w:pPr>
      <w:r>
        <w:rPr>
          <w:b/>
        </w:rPr>
        <w:t xml:space="preserve">• </w:t>
      </w:r>
      <w:r>
        <w:t>Recognized by CodeBox as a winning team for the Hidden Cal Poly track.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5A5A"/>
        <w:sz w:val="16"/>
      </w:rPr>
      <w:t>Jacob M. Lee | Curriculum Vitae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6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